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763A9" w14:textId="0FE74079" w:rsidR="00FF7537" w:rsidRDefault="00E95DE3">
      <w:pPr>
        <w:spacing w:after="180"/>
      </w:pPr>
      <w:r w:rsidRPr="00323B1E">
        <w:rPr>
          <w:noProof/>
        </w:rPr>
        <w:drawing>
          <wp:anchor distT="0" distB="0" distL="114300" distR="114300" simplePos="0" relativeHeight="251642368" behindDoc="1" locked="0" layoutInCell="1" allowOverlap="1" wp14:anchorId="6221F319" wp14:editId="011BD0E7">
            <wp:simplePos x="0" y="0"/>
            <wp:positionH relativeFrom="column">
              <wp:posOffset>6402705</wp:posOffset>
            </wp:positionH>
            <wp:positionV relativeFrom="paragraph">
              <wp:posOffset>121285</wp:posOffset>
            </wp:positionV>
            <wp:extent cx="2612032" cy="2181225"/>
            <wp:effectExtent l="0" t="0" r="0" b="0"/>
            <wp:wrapNone/>
            <wp:docPr id="572933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9330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1203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0"/>
        </w:rPr>
        <w:t>14.5 The Chain Rule</w:t>
      </w:r>
    </w:p>
    <w:p w14:paraId="3D771F70" w14:textId="35C3EBE5" w:rsidR="00FF7537" w:rsidRDefault="004C1B97">
      <w:pPr>
        <w:spacing w:after="180"/>
        <w:rPr>
          <w:bCs/>
          <w:i/>
          <w:iCs/>
          <w:sz w:val="40"/>
        </w:rPr>
      </w:pPr>
      <w:r w:rsidRPr="005163CD">
        <w:rPr>
          <w:bCs/>
          <w:i/>
          <w:iCs/>
          <w:sz w:val="40"/>
        </w:rPr>
        <w:t xml:space="preserve">Recall: The Chain Rule from Calculus </w:t>
      </w:r>
      <w:r w:rsidR="00323B1E" w:rsidRPr="005163CD">
        <w:rPr>
          <w:bCs/>
          <w:i/>
          <w:iCs/>
          <w:sz w:val="40"/>
        </w:rPr>
        <w:t>1</w:t>
      </w:r>
    </w:p>
    <w:p w14:paraId="2A86135B" w14:textId="77777777" w:rsidR="00E95DE3" w:rsidRPr="005163CD" w:rsidRDefault="004C1B97" w:rsidP="00E95DE3">
      <w:pPr>
        <w:rPr>
          <w:sz w:val="40"/>
          <w:szCs w:val="40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  <w:sz w:val="40"/>
                  <w:szCs w:val="40"/>
                </w:rPr>
              </m:ctrlPr>
            </m:fPr>
            <m:num>
              <m:r>
                <w:rPr>
                  <w:rFonts w:ascii="Cambria Math" w:hAnsi="Cambria Math"/>
                  <w:sz w:val="40"/>
                  <w:szCs w:val="40"/>
                </w:rPr>
                <m:t>dy</m:t>
              </m:r>
            </m:num>
            <m:den>
              <m:r>
                <w:rPr>
                  <w:rFonts w:ascii="Cambria Math" w:hAnsi="Cambria Math"/>
                  <w:sz w:val="40"/>
                  <w:szCs w:val="40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/>
              <w:sz w:val="40"/>
              <w:szCs w:val="40"/>
            </w:rPr>
            <m:t>=</m:t>
          </m:r>
          <m:f>
            <m:fPr>
              <m:ctrlPr>
                <w:rPr>
                  <w:rFonts w:ascii="Cambria Math" w:hAnsi="Cambria Math"/>
                  <w:sz w:val="40"/>
                  <w:szCs w:val="40"/>
                </w:rPr>
              </m:ctrlPr>
            </m:fPr>
            <m:num>
              <m:r>
                <w:rPr>
                  <w:rFonts w:ascii="Cambria Math" w:hAnsi="Cambria Math"/>
                  <w:sz w:val="40"/>
                  <w:szCs w:val="40"/>
                </w:rPr>
                <m:t>dy</m:t>
              </m:r>
            </m:num>
            <m:den>
              <m:r>
                <w:rPr>
                  <w:rFonts w:ascii="Cambria Math" w:hAnsi="Cambria Math"/>
                  <w:sz w:val="40"/>
                  <w:szCs w:val="40"/>
                </w:rPr>
                <m:t>dx</m:t>
              </m:r>
            </m:den>
          </m:f>
          <m:r>
            <w:rPr>
              <w:rFonts w:ascii="Cambria Math" w:hAnsi="Cambria Math"/>
              <w:sz w:val="40"/>
              <w:szCs w:val="40"/>
            </w:rPr>
            <m:t xml:space="preserve"> </m:t>
          </m:r>
          <m:f>
            <m:fPr>
              <m:ctrlPr>
                <w:rPr>
                  <w:rFonts w:ascii="Cambria Math" w:hAnsi="Cambria Math"/>
                  <w:sz w:val="40"/>
                  <w:szCs w:val="40"/>
                </w:rPr>
              </m:ctrlPr>
            </m:fPr>
            <m:num>
              <m:r>
                <w:rPr>
                  <w:rFonts w:ascii="Cambria Math" w:hAnsi="Cambria Math"/>
                  <w:sz w:val="40"/>
                  <w:szCs w:val="40"/>
                </w:rPr>
                <m:t>dx</m:t>
              </m:r>
            </m:num>
            <m:den>
              <m:r>
                <w:rPr>
                  <w:rFonts w:ascii="Cambria Math" w:hAnsi="Cambria Math"/>
                  <w:sz w:val="40"/>
                  <w:szCs w:val="40"/>
                </w:rPr>
                <m:t>dt</m:t>
              </m:r>
            </m:den>
          </m:f>
        </m:oMath>
      </m:oMathPara>
    </w:p>
    <w:p w14:paraId="5285BF17" w14:textId="77777777" w:rsidR="005163CD" w:rsidRDefault="004C1B97">
      <w:pPr>
        <w:rPr>
          <w:bCs/>
        </w:rPr>
      </w:pPr>
      <w:r w:rsidRPr="005163CD">
        <w:rPr>
          <w:b/>
        </w:rPr>
        <w:t>Example</w:t>
      </w:r>
      <w:r w:rsidRPr="00323B1E">
        <w:rPr>
          <w:bCs/>
        </w:rPr>
        <w:t xml:space="preserve">: </w:t>
      </w:r>
    </w:p>
    <w:p w14:paraId="782FC3CB" w14:textId="746B41A6" w:rsidR="00FF7537" w:rsidRPr="00323B1E" w:rsidRDefault="004C1B97">
      <w:pPr>
        <w:rPr>
          <w:bCs/>
        </w:rPr>
      </w:pPr>
      <w:r w:rsidRPr="00323B1E">
        <w:rPr>
          <w:bCs/>
        </w:rPr>
        <w:t xml:space="preserve">Find </w:t>
      </w:r>
      <w:r w:rsidR="005163CD">
        <w:rPr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/>
                <w:sz w:val="44"/>
                <w:szCs w:val="44"/>
              </w:rPr>
              <m:t>dy</m:t>
            </m:r>
          </m:num>
          <m:den>
            <m:r>
              <w:rPr>
                <w:rFonts w:ascii="Cambria Math" w:hAnsi="Cambria Math"/>
                <w:sz w:val="44"/>
                <w:szCs w:val="44"/>
              </w:rPr>
              <m:t>dt</m:t>
            </m:r>
          </m:den>
        </m:f>
      </m:oMath>
      <w:r w:rsidR="005163CD">
        <w:rPr>
          <w:bCs/>
        </w:rPr>
        <w:t xml:space="preserve">  </w:t>
      </w:r>
      <w:r w:rsidRPr="00323B1E">
        <w:rPr>
          <w:bCs/>
        </w:rPr>
        <w:t>in two ways.</w:t>
      </w:r>
    </w:p>
    <w:p w14:paraId="5B773011" w14:textId="5E4387E9" w:rsidR="00FF7537" w:rsidRDefault="004C1B97">
      <m:oMathPara>
        <m:oMathParaPr>
          <m:jc m:val="center"/>
        </m:oMathParaPr>
        <m:oMath>
          <m:r>
            <w:rPr>
              <w:rFonts w:ascii="Cambria Math" w:hAnsi="Cambria Math"/>
            </w:rPr>
            <m:t>y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 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2</m:t>
          </m:r>
        </m:oMath>
      </m:oMathPara>
    </w:p>
    <w:p w14:paraId="2C0A84E6" w14:textId="77777777" w:rsidR="00323B1E" w:rsidRDefault="004C1B97">
      <w:r>
        <w:t xml:space="preserve">(a) Substitute first.   </w:t>
      </w:r>
    </w:p>
    <w:p w14:paraId="52AF4064" w14:textId="77777777" w:rsidR="00323B1E" w:rsidRDefault="00323B1E"/>
    <w:p w14:paraId="26540432" w14:textId="77777777" w:rsidR="00323B1E" w:rsidRDefault="00323B1E"/>
    <w:p w14:paraId="07C6D9D1" w14:textId="77777777" w:rsidR="005163CD" w:rsidRDefault="005163CD"/>
    <w:p w14:paraId="0D3FD925" w14:textId="2A61B7EA" w:rsidR="00FF7537" w:rsidRDefault="004C1B97" w:rsidP="005163CD">
      <w:r>
        <w:t>(b) Use the chain rule.</w:t>
      </w:r>
    </w:p>
    <w:p w14:paraId="657A0B4C" w14:textId="77777777" w:rsidR="00FF7537" w:rsidRDefault="00FF7537">
      <w:pPr>
        <w:spacing w:after="240"/>
      </w:pPr>
    </w:p>
    <w:p w14:paraId="31E8C6D5" w14:textId="74A1464C" w:rsidR="00323B1E" w:rsidRPr="005163CD" w:rsidRDefault="004C1B97" w:rsidP="00E95DE3">
      <w:pPr>
        <w:rPr>
          <w:sz w:val="40"/>
          <w:szCs w:val="40"/>
        </w:rPr>
      </w:pPr>
      <w:r>
        <w:br w:type="column"/>
      </w:r>
    </w:p>
    <w:p w14:paraId="16105EEB" w14:textId="1426CC55" w:rsidR="00FF7537" w:rsidRDefault="00FF7537"/>
    <w:p w14:paraId="2CA2D2CB" w14:textId="005F7BBD" w:rsidR="00323B1E" w:rsidRDefault="00323B1E"/>
    <w:p w14:paraId="59B42C64" w14:textId="77777777" w:rsidR="00E95DE3" w:rsidRDefault="00E95DE3"/>
    <w:p w14:paraId="5FC0AC71" w14:textId="77777777" w:rsidR="00E95DE3" w:rsidRDefault="00E95DE3"/>
    <w:p w14:paraId="52FD760E" w14:textId="031633F8" w:rsidR="00323B1E" w:rsidRDefault="00323B1E"/>
    <w:p w14:paraId="4A5B84EF" w14:textId="76B3CAA7" w:rsidR="00323B1E" w:rsidRPr="005163CD" w:rsidRDefault="005163CD" w:rsidP="005163CD">
      <w:pPr>
        <w:ind w:left="2160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E95DE3">
        <w:rPr>
          <w:sz w:val="20"/>
          <w:szCs w:val="20"/>
        </w:rPr>
        <w:t xml:space="preserve">     </w:t>
      </w:r>
      <w:hyperlink r:id="rId9" w:history="1">
        <w:r w:rsidR="00E95DE3" w:rsidRPr="005106D7">
          <w:rPr>
            <w:rStyle w:val="Hyperlink"/>
            <w:sz w:val="20"/>
            <w:szCs w:val="20"/>
          </w:rPr>
          <w:t>https://www.desmos.com/calculator/omcdt4vltj</w:t>
        </w:r>
      </w:hyperlink>
    </w:p>
    <w:p w14:paraId="22A6B9B5" w14:textId="77777777" w:rsidR="00323B1E" w:rsidRDefault="00323B1E"/>
    <w:p w14:paraId="395217F2" w14:textId="77777777" w:rsidR="00323B1E" w:rsidRDefault="00323B1E"/>
    <w:p w14:paraId="08E9F661" w14:textId="77777777" w:rsidR="00323B1E" w:rsidRDefault="00323B1E"/>
    <w:p w14:paraId="4D7D394F" w14:textId="77777777" w:rsidR="005163CD" w:rsidRDefault="005163CD"/>
    <w:p w14:paraId="545D8BBB" w14:textId="77777777" w:rsidR="00323B1E" w:rsidRDefault="00323B1E">
      <w:pPr>
        <w:spacing w:after="180"/>
        <w:rPr>
          <w:b/>
          <w:sz w:val="40"/>
        </w:rPr>
      </w:pPr>
    </w:p>
    <w:p w14:paraId="0F679E7D" w14:textId="77777777" w:rsidR="00323B1E" w:rsidRDefault="00323B1E">
      <w:pPr>
        <w:spacing w:after="180"/>
        <w:rPr>
          <w:b/>
          <w:sz w:val="40"/>
        </w:rPr>
      </w:pPr>
    </w:p>
    <w:p w14:paraId="1AD7AFAA" w14:textId="77777777" w:rsidR="00323B1E" w:rsidRDefault="00323B1E">
      <w:pPr>
        <w:spacing w:after="180"/>
        <w:rPr>
          <w:b/>
          <w:sz w:val="40"/>
        </w:rPr>
      </w:pPr>
    </w:p>
    <w:p w14:paraId="04D41C76" w14:textId="77777777" w:rsidR="00323B1E" w:rsidRDefault="00323B1E">
      <w:pPr>
        <w:spacing w:after="180"/>
        <w:rPr>
          <w:b/>
          <w:sz w:val="40"/>
        </w:rPr>
      </w:pPr>
    </w:p>
    <w:p w14:paraId="4E36243C" w14:textId="77777777" w:rsidR="00FF7537" w:rsidRPr="00323B1E" w:rsidRDefault="00FF7537">
      <w:pPr>
        <w:spacing w:after="240"/>
        <w:rPr>
          <w:szCs w:val="36"/>
        </w:rPr>
      </w:pPr>
    </w:p>
    <w:p w14:paraId="0E18FADA" w14:textId="06DEEED0" w:rsidR="00FF7537" w:rsidRDefault="004C1B97">
      <w:pPr>
        <w:pageBreakBefore/>
        <w:spacing w:after="180"/>
      </w:pPr>
      <w:r>
        <w:rPr>
          <w:b/>
          <w:sz w:val="40"/>
        </w:rPr>
        <w:lastRenderedPageBreak/>
        <w:t>Case 1: Two inputs depend</w:t>
      </w:r>
      <w:r w:rsidR="005A5980">
        <w:rPr>
          <w:b/>
          <w:sz w:val="40"/>
        </w:rPr>
        <w:t>ing</w:t>
      </w:r>
      <w:r>
        <w:rPr>
          <w:b/>
          <w:sz w:val="40"/>
        </w:rPr>
        <w:t xml:space="preserve"> on time</w:t>
      </w:r>
    </w:p>
    <w:p w14:paraId="6F5C23A2" w14:textId="06520323" w:rsidR="00FF7537" w:rsidRDefault="00E95DE3">
      <w:r>
        <w:t xml:space="preserve">    </w:t>
      </w:r>
      <w:r w:rsidR="005163CD">
        <w:t xml:space="preserve">Given </w:t>
      </w:r>
      <w:r w:rsidR="005163CD">
        <w:tab/>
      </w:r>
      <m:oMath>
        <m:r>
          <w:rPr>
            <w:rFonts w:ascii="Cambria Math" w:hAnsi="Cambria Math"/>
          </w:rPr>
          <m:t>z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y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</w:p>
    <w:p w14:paraId="3B2420C9" w14:textId="03536D1C" w:rsidR="00FF7537" w:rsidRDefault="00E95DE3">
      <w:pPr>
        <w:rPr>
          <w:sz w:val="40"/>
          <w:szCs w:val="40"/>
        </w:rPr>
      </w:pPr>
      <w:r>
        <w:t xml:space="preserve">    </w:t>
      </w:r>
      <w:r w:rsidR="005A5980">
        <w:tab/>
      </w:r>
      <w:r w:rsidR="005163CD">
        <w:t xml:space="preserve"> </w:t>
      </w:r>
      <w:r w:rsidR="005163CD">
        <w:tab/>
      </w:r>
      <w:r>
        <w:tab/>
      </w:r>
      <m:oMath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dz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=</m:t>
        </m:r>
        <m:sSub>
          <m:sSubPr>
            <m:ctrlPr>
              <w:rPr>
                <w:rFonts w:ascii="Cambria Math" w:hAnsi="Cambria Math"/>
                <w:sz w:val="40"/>
                <w:szCs w:val="40"/>
              </w:rPr>
            </m:ctrlPr>
          </m:sSubPr>
          <m:e>
            <m:r>
              <w:rPr>
                <w:rFonts w:ascii="Cambria Math" w:hAnsi="Cambria Math"/>
                <w:sz w:val="40"/>
                <w:szCs w:val="40"/>
              </w:rPr>
              <m:t>f</m:t>
            </m:r>
          </m:e>
          <m:sub>
            <m:r>
              <w:rPr>
                <w:rFonts w:ascii="Cambria Math" w:hAnsi="Cambria Math"/>
                <w:sz w:val="40"/>
                <w:szCs w:val="40"/>
              </w:rPr>
              <m:t>x</m:t>
            </m:r>
          </m:sub>
        </m:sSub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dx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  <w:sz w:val="40"/>
            <w:szCs w:val="40"/>
          </w:rPr>
          <m:t>+</m:t>
        </m:r>
        <m:sSub>
          <m:sSubPr>
            <m:ctrlPr>
              <w:rPr>
                <w:rFonts w:ascii="Cambria Math" w:hAnsi="Cambria Math"/>
                <w:sz w:val="40"/>
                <w:szCs w:val="40"/>
              </w:rPr>
            </m:ctrlPr>
          </m:sSubPr>
          <m:e>
            <m:r>
              <w:rPr>
                <w:rFonts w:ascii="Cambria Math" w:hAnsi="Cambria Math"/>
                <w:sz w:val="40"/>
                <w:szCs w:val="40"/>
              </w:rPr>
              <m:t>f</m:t>
            </m:r>
          </m:e>
          <m:sub>
            <m:r>
              <w:rPr>
                <w:rFonts w:ascii="Cambria Math" w:hAnsi="Cambria Math"/>
                <w:sz w:val="40"/>
                <w:szCs w:val="40"/>
              </w:rPr>
              <m:t>y</m:t>
            </m:r>
          </m:sub>
        </m:sSub>
        <m:f>
          <m:fPr>
            <m:ctrlPr>
              <w:rPr>
                <w:rFonts w:ascii="Cambria Math" w:hAnsi="Cambria Math"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dy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dt</m:t>
            </m:r>
          </m:den>
        </m:f>
      </m:oMath>
    </w:p>
    <w:p w14:paraId="740A9FF9" w14:textId="194B1FAE" w:rsidR="00FF7537" w:rsidRPr="005163CD" w:rsidRDefault="004C1B97">
      <w:pPr>
        <w:spacing w:after="180"/>
        <w:rPr>
          <w:bCs/>
          <w:i/>
          <w:iCs/>
        </w:rPr>
      </w:pPr>
      <w:r w:rsidRPr="005163CD">
        <w:rPr>
          <w:bCs/>
          <w:i/>
          <w:iCs/>
          <w:sz w:val="40"/>
        </w:rPr>
        <w:t>Example</w:t>
      </w:r>
      <w:r w:rsidR="00E95DE3">
        <w:rPr>
          <w:bCs/>
          <w:i/>
          <w:iCs/>
          <w:sz w:val="40"/>
        </w:rPr>
        <w:t>:</w:t>
      </w:r>
    </w:p>
    <w:p w14:paraId="56A8154F" w14:textId="20B9451B" w:rsidR="00FF7537" w:rsidRPr="005163CD" w:rsidRDefault="005163CD">
      <m:oMathPara>
        <m:oMath>
          <m:r>
            <w:rPr>
              <w:rFonts w:ascii="Cambria Math" w:hAnsi="Cambria Math"/>
            </w:rPr>
            <m:t>z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x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y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 xml:space="preserve">  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, </m:t>
          </m:r>
          <m:r>
            <w:rPr>
              <w:rFonts w:ascii="Cambria Math" w:hAnsi="Cambria Math"/>
            </w:rPr>
            <m:t>y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</m:oMath>
      </m:oMathPara>
    </w:p>
    <w:p w14:paraId="536280CE" w14:textId="6AD38098" w:rsidR="005163CD" w:rsidRDefault="005163CD">
      <w:r>
        <w:t xml:space="preserve">Find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/>
                <w:sz w:val="44"/>
                <w:szCs w:val="44"/>
              </w:rPr>
              <m:t>dz</m:t>
            </m:r>
          </m:num>
          <m:den>
            <m:r>
              <w:rPr>
                <w:rFonts w:ascii="Cambria Math" w:hAnsi="Cambria Math"/>
                <w:sz w:val="44"/>
                <w:szCs w:val="44"/>
              </w:rPr>
              <m:t>dt</m:t>
            </m:r>
          </m:den>
        </m:f>
      </m:oMath>
      <w:r>
        <w:rPr>
          <w:bCs/>
          <w:sz w:val="44"/>
          <w:szCs w:val="44"/>
        </w:rPr>
        <w:t xml:space="preserve"> </w:t>
      </w:r>
      <w:r w:rsidR="00E95DE3">
        <w:rPr>
          <w:bCs/>
          <w:sz w:val="44"/>
          <w:szCs w:val="44"/>
        </w:rPr>
        <w:t xml:space="preserve"> </w:t>
      </w:r>
      <w:r w:rsidR="00E95DE3" w:rsidRPr="00E95DE3">
        <w:rPr>
          <w:bCs/>
          <w:szCs w:val="36"/>
        </w:rPr>
        <w:t>when t = 1</w:t>
      </w:r>
      <w:r w:rsidR="00E95DE3">
        <w:rPr>
          <w:bCs/>
          <w:szCs w:val="36"/>
        </w:rPr>
        <w:t xml:space="preserve"> </w:t>
      </w:r>
      <w:r w:rsidRPr="00E95DE3">
        <w:rPr>
          <w:bCs/>
          <w:szCs w:val="36"/>
        </w:rPr>
        <w:t>in two ways</w:t>
      </w:r>
    </w:p>
    <w:p w14:paraId="52E434A1" w14:textId="77777777" w:rsidR="00E95DE3" w:rsidRDefault="00E95DE3" w:rsidP="00E95DE3">
      <w:r>
        <w:t xml:space="preserve">(a) Substitute first.   </w:t>
      </w:r>
    </w:p>
    <w:p w14:paraId="17C3F422" w14:textId="77777777" w:rsidR="00E95DE3" w:rsidRDefault="00E95DE3" w:rsidP="00E95DE3"/>
    <w:p w14:paraId="78787F02" w14:textId="77777777" w:rsidR="00E95DE3" w:rsidRDefault="00E95DE3" w:rsidP="00E95DE3"/>
    <w:p w14:paraId="284292E4" w14:textId="77777777" w:rsidR="005A5980" w:rsidRDefault="005A5980" w:rsidP="00E95DE3"/>
    <w:p w14:paraId="41AD5E3F" w14:textId="78503A11" w:rsidR="00E95DE3" w:rsidRDefault="00E95DE3" w:rsidP="00E95DE3">
      <w:r>
        <w:t>(b) Use the chain rule</w:t>
      </w:r>
    </w:p>
    <w:p w14:paraId="7BBABB2C" w14:textId="77777777" w:rsidR="00E95DE3" w:rsidRDefault="00E95DE3">
      <w:pPr>
        <w:spacing w:after="240"/>
        <w:rPr>
          <w:sz w:val="20"/>
          <w:szCs w:val="20"/>
        </w:rPr>
      </w:pPr>
    </w:p>
    <w:p w14:paraId="619620F0" w14:textId="77777777" w:rsidR="00E95DE3" w:rsidRDefault="00E95DE3">
      <w:pPr>
        <w:spacing w:after="240"/>
        <w:rPr>
          <w:sz w:val="20"/>
          <w:szCs w:val="20"/>
        </w:rPr>
      </w:pPr>
    </w:p>
    <w:p w14:paraId="10F57835" w14:textId="77777777" w:rsidR="00E95DE3" w:rsidRDefault="00E95DE3">
      <w:pPr>
        <w:spacing w:after="240"/>
        <w:rPr>
          <w:sz w:val="20"/>
          <w:szCs w:val="20"/>
        </w:rPr>
      </w:pPr>
    </w:p>
    <w:p w14:paraId="77B3C9D3" w14:textId="77777777" w:rsidR="005A5980" w:rsidRDefault="005A5980" w:rsidP="005A5980">
      <w:pPr>
        <w:rPr>
          <w:i/>
          <w:iCs/>
          <w:szCs w:val="36"/>
        </w:rPr>
      </w:pPr>
    </w:p>
    <w:p w14:paraId="18210DA1" w14:textId="77777777" w:rsidR="005A5980" w:rsidRDefault="005A5980" w:rsidP="005A5980">
      <w:pPr>
        <w:rPr>
          <w:i/>
          <w:iCs/>
          <w:szCs w:val="36"/>
        </w:rPr>
      </w:pPr>
    </w:p>
    <w:p w14:paraId="698361F9" w14:textId="77777777" w:rsidR="005A5980" w:rsidRDefault="005A5980" w:rsidP="005A5980">
      <w:pPr>
        <w:rPr>
          <w:i/>
          <w:iCs/>
          <w:szCs w:val="36"/>
        </w:rPr>
      </w:pPr>
    </w:p>
    <w:p w14:paraId="503BAC05" w14:textId="46348FF4" w:rsidR="005A5980" w:rsidRPr="00323B1E" w:rsidRDefault="005A5980" w:rsidP="005A5980">
      <w:pPr>
        <w:rPr>
          <w:szCs w:val="36"/>
        </w:rPr>
      </w:pPr>
      <w:r>
        <w:rPr>
          <w:i/>
          <w:iCs/>
          <w:szCs w:val="36"/>
        </w:rPr>
        <w:t>Note</w:t>
      </w:r>
      <w:r w:rsidRPr="005A5980">
        <w:rPr>
          <w:i/>
          <w:iCs/>
          <w:szCs w:val="36"/>
        </w:rPr>
        <w:t xml:space="preserve"> 1</w:t>
      </w:r>
      <w:r>
        <w:rPr>
          <w:szCs w:val="36"/>
        </w:rPr>
        <w:t xml:space="preserve">: Connects to </w:t>
      </w:r>
      <w:r>
        <w:rPr>
          <w:szCs w:val="36"/>
        </w:rPr>
        <w:t>linear approximation</w:t>
      </w:r>
    </w:p>
    <w:p w14:paraId="1C431E6D" w14:textId="77777777" w:rsidR="005A5980" w:rsidRPr="00323B1E" w:rsidRDefault="005A5980" w:rsidP="005A5980">
      <w:pPr>
        <w:rPr>
          <w:szCs w:val="36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szCs w:val="36"/>
            </w:rPr>
            <m:t>Δz≈</m:t>
          </m:r>
          <m:sSub>
            <m:sSubPr>
              <m:ctrlPr>
                <w:rPr>
                  <w:rFonts w:ascii="Cambria Math" w:hAnsi="Cambria Math"/>
                  <w:szCs w:val="36"/>
                </w:rPr>
              </m:ctrlPr>
            </m:sSubPr>
            <m:e>
              <m:r>
                <w:rPr>
                  <w:rFonts w:ascii="Cambria Math" w:hAnsi="Cambria Math"/>
                  <w:szCs w:val="36"/>
                </w:rPr>
                <m:t>f</m:t>
              </m:r>
            </m:e>
            <m:sub>
              <m:r>
                <w:rPr>
                  <w:rFonts w:ascii="Cambria Math" w:hAnsi="Cambria Math"/>
                  <w:szCs w:val="36"/>
                </w:rPr>
                <m:t>x</m:t>
              </m:r>
            </m:sub>
          </m:sSub>
          <m:r>
            <w:rPr>
              <w:rFonts w:ascii="Cambria Math" w:hAnsi="Cambria Math"/>
              <w:szCs w:val="36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Cs w:val="36"/>
            </w:rPr>
            <m:t>Δx+</m:t>
          </m:r>
          <m:sSub>
            <m:sSubPr>
              <m:ctrlPr>
                <w:rPr>
                  <w:rFonts w:ascii="Cambria Math" w:hAnsi="Cambria Math"/>
                  <w:szCs w:val="36"/>
                </w:rPr>
              </m:ctrlPr>
            </m:sSubPr>
            <m:e>
              <m:r>
                <w:rPr>
                  <w:rFonts w:ascii="Cambria Math" w:hAnsi="Cambria Math"/>
                  <w:szCs w:val="36"/>
                </w:rPr>
                <m:t>f</m:t>
              </m:r>
            </m:e>
            <m:sub>
              <m:r>
                <w:rPr>
                  <w:rFonts w:ascii="Cambria Math" w:hAnsi="Cambria Math"/>
                  <w:szCs w:val="36"/>
                </w:rPr>
                <m:t>y</m:t>
              </m:r>
            </m:sub>
          </m:sSub>
          <m:r>
            <w:rPr>
              <w:rFonts w:ascii="Cambria Math" w:hAnsi="Cambria Math"/>
              <w:szCs w:val="36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Cs w:val="36"/>
            </w:rPr>
            <m:t>Δy</m:t>
          </m:r>
        </m:oMath>
      </m:oMathPara>
    </w:p>
    <w:p w14:paraId="55F2F092" w14:textId="77777777" w:rsidR="005A5980" w:rsidRDefault="005A5980" w:rsidP="005A5980"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dz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dx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dy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</m:oMath>
      </m:oMathPara>
    </w:p>
    <w:p w14:paraId="7C117EA6" w14:textId="77777777" w:rsidR="005A5980" w:rsidRDefault="005A5980" w:rsidP="004E5C27">
      <w:pPr>
        <w:spacing w:after="240"/>
        <w:rPr>
          <w:i/>
          <w:iCs/>
          <w:szCs w:val="36"/>
        </w:rPr>
      </w:pPr>
    </w:p>
    <w:p w14:paraId="21C57721" w14:textId="77777777" w:rsidR="005A5980" w:rsidRDefault="005A5980" w:rsidP="004E5C27">
      <w:pPr>
        <w:spacing w:after="240"/>
        <w:rPr>
          <w:i/>
          <w:iCs/>
          <w:szCs w:val="36"/>
        </w:rPr>
      </w:pPr>
    </w:p>
    <w:p w14:paraId="08E3D297" w14:textId="471497D4" w:rsidR="004E5C27" w:rsidRDefault="005A5980" w:rsidP="004E5C27">
      <w:pPr>
        <w:spacing w:after="240"/>
        <w:rPr>
          <w:szCs w:val="36"/>
        </w:rPr>
      </w:pPr>
      <w:r w:rsidRPr="005A5980">
        <w:rPr>
          <w:i/>
          <w:iCs/>
          <w:szCs w:val="36"/>
        </w:rPr>
        <w:t>Note 2:</w:t>
      </w:r>
      <w:r w:rsidRPr="005A5980">
        <w:rPr>
          <w:szCs w:val="36"/>
        </w:rPr>
        <w:t xml:space="preserve"> </w:t>
      </w:r>
      <w:r w:rsidR="004E5C27" w:rsidRPr="005A5980">
        <w:rPr>
          <w:szCs w:val="36"/>
        </w:rPr>
        <w:t>Chain Rule Tree Diagra</w:t>
      </w:r>
      <w:r>
        <w:rPr>
          <w:szCs w:val="36"/>
        </w:rPr>
        <w:t>m</w:t>
      </w:r>
      <w:r w:rsidR="004E5C27" w:rsidRPr="004E5C27">
        <w:rPr>
          <w:szCs w:val="36"/>
        </w:rPr>
        <w:t xml:space="preserve"> </w:t>
      </w:r>
    </w:p>
    <w:p w14:paraId="713227BB" w14:textId="070865A3" w:rsidR="00E95DE3" w:rsidRPr="004E5C27" w:rsidRDefault="004E5C27" w:rsidP="005A5980">
      <w:pPr>
        <w:spacing w:after="240"/>
        <w:rPr>
          <w:i/>
          <w:iCs/>
          <w:szCs w:val="36"/>
        </w:rPr>
      </w:pPr>
      <w:r w:rsidRPr="00E95DE3">
        <w:rPr>
          <w:noProof/>
          <w:sz w:val="20"/>
          <w:szCs w:val="20"/>
        </w:rPr>
        <w:drawing>
          <wp:anchor distT="0" distB="0" distL="114300" distR="114300" simplePos="0" relativeHeight="251666944" behindDoc="1" locked="0" layoutInCell="1" allowOverlap="1" wp14:anchorId="6C4E4670" wp14:editId="30CA2946">
            <wp:simplePos x="0" y="0"/>
            <wp:positionH relativeFrom="column">
              <wp:posOffset>2026920</wp:posOffset>
            </wp:positionH>
            <wp:positionV relativeFrom="paragraph">
              <wp:posOffset>316230</wp:posOffset>
            </wp:positionV>
            <wp:extent cx="2403639" cy="1628775"/>
            <wp:effectExtent l="0" t="0" r="0" b="0"/>
            <wp:wrapNone/>
            <wp:docPr id="1839312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31212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3639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5C27">
        <w:rPr>
          <w:i/>
          <w:iCs/>
          <w:szCs w:val="36"/>
        </w:rPr>
        <w:t>multiply along branches and add results.</w:t>
      </w:r>
    </w:p>
    <w:p w14:paraId="2F229E53" w14:textId="4BA2323C" w:rsidR="00FF7537" w:rsidRDefault="004C1B97" w:rsidP="004E5C27">
      <w:pPr>
        <w:pageBreakBefore/>
        <w:spacing w:after="180"/>
      </w:pPr>
      <w:r>
        <w:rPr>
          <w:b/>
          <w:sz w:val="40"/>
        </w:rPr>
        <w:lastRenderedPageBreak/>
        <w:t>Case 2: Two independent variables</w:t>
      </w:r>
      <w:r>
        <w:rPr>
          <w:sz w:val="20"/>
        </w:rPr>
        <w:t xml:space="preserve">    HW Q2</w:t>
      </w:r>
      <w:r w:rsidR="004E5C27" w:rsidRPr="004E5C27">
        <w:t xml:space="preserve"> </w:t>
      </w:r>
      <w:r w:rsidR="004E5C27">
        <w:t xml:space="preserve">    </w:t>
      </w:r>
      <m:oMath>
        <m:r>
          <w:rPr>
            <w:rFonts w:ascii="Cambria Math" w:hAnsi="Cambria Math"/>
          </w:rPr>
          <m:t xml:space="preserve">       </m:t>
        </m:r>
        <m:r>
          <w:rPr>
            <w:rFonts w:ascii="Cambria Math" w:hAnsi="Cambria Math"/>
          </w:rPr>
          <m:t>z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y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 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 </m:t>
        </m:r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t</m:t>
            </m:r>
          </m:e>
        </m:d>
      </m:oMath>
    </w:p>
    <w:p w14:paraId="59336B9E" w14:textId="77777777" w:rsidR="00FF7537" w:rsidRDefault="004C1B97"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∂</m:t>
              </m:r>
              <m:r>
                <w:rPr>
                  <w:rFonts w:ascii="Cambria Math" w:hAnsi="Cambria Math"/>
                </w:rPr>
                <m:t>z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∂</m:t>
              </m:r>
              <m:r>
                <w:rPr>
                  <w:rFonts w:ascii="Cambria Math" w:hAnsi="Cambria Math"/>
                </w:rPr>
                <m:t>s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</m:oMath>
      </m:oMathPara>
    </w:p>
    <w:p w14:paraId="24B47CDE" w14:textId="77777777" w:rsidR="00FF7537" w:rsidRPr="004E5C27" w:rsidRDefault="004C1B97"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∂</m:t>
              </m:r>
              <m:r>
                <w:rPr>
                  <w:rFonts w:ascii="Cambria Math" w:hAnsi="Cambria Math"/>
                </w:rPr>
                <m:t>z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∂</m:t>
              </m:r>
              <m:r>
                <w:rPr>
                  <w:rFonts w:ascii="Cambria Math" w:hAnsi="Cambria Math"/>
                </w:rPr>
                <m:t>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</m:oMath>
      </m:oMathPara>
    </w:p>
    <w:p w14:paraId="61C0C622" w14:textId="77777777" w:rsidR="004E5C27" w:rsidRDefault="004E5C27"/>
    <w:p w14:paraId="6DB4685F" w14:textId="77777777" w:rsidR="004E5C27" w:rsidRPr="005163CD" w:rsidRDefault="004E5C27" w:rsidP="004E5C27">
      <w:pPr>
        <w:spacing w:after="180"/>
        <w:rPr>
          <w:bCs/>
          <w:i/>
          <w:iCs/>
        </w:rPr>
      </w:pPr>
      <w:r w:rsidRPr="005163CD">
        <w:rPr>
          <w:bCs/>
          <w:i/>
          <w:iCs/>
          <w:sz w:val="40"/>
        </w:rPr>
        <w:t>Example</w:t>
      </w:r>
      <w:r>
        <w:rPr>
          <w:bCs/>
          <w:i/>
          <w:iCs/>
          <w:sz w:val="40"/>
        </w:rPr>
        <w:t>:</w:t>
      </w:r>
    </w:p>
    <w:p w14:paraId="6D7E0C7F" w14:textId="741F3929" w:rsidR="004E5C27" w:rsidRDefault="004E5C27" w:rsidP="004E5C27">
      <m:oMathPara>
        <m:oMathParaPr>
          <m:jc m:val="center"/>
        </m:oMathParaPr>
        <m:oMath>
          <m:r>
            <w:rPr>
              <w:rFonts w:ascii="Cambria Math" w:hAnsi="Cambria Math"/>
            </w:rPr>
            <m:t>z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2y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 x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-t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 y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s-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</m:oMath>
      </m:oMathPara>
    </w:p>
    <w:p w14:paraId="45A4DCF2" w14:textId="62CEF399" w:rsidR="004E5C27" w:rsidRDefault="004E5C27" w:rsidP="004E5C27">
      <w:r>
        <w:t xml:space="preserve">Find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/>
                <w:sz w:val="44"/>
                <w:szCs w:val="44"/>
              </w:rPr>
              <m:t>dz</m:t>
            </m:r>
          </m:num>
          <m:den>
            <m:r>
              <w:rPr>
                <w:rFonts w:ascii="Cambria Math" w:hAnsi="Cambria Math"/>
                <w:sz w:val="44"/>
                <w:szCs w:val="44"/>
              </w:rPr>
              <m:t>ds</m:t>
            </m:r>
          </m:den>
        </m:f>
      </m:oMath>
      <w:r>
        <w:rPr>
          <w:bCs/>
          <w:sz w:val="44"/>
          <w:szCs w:val="44"/>
        </w:rPr>
        <w:t xml:space="preserve"> </w:t>
      </w:r>
      <w:r>
        <w:rPr>
          <w:bCs/>
          <w:szCs w:val="36"/>
        </w:rPr>
        <w:t xml:space="preserve">and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/>
                <w:sz w:val="44"/>
                <w:szCs w:val="44"/>
              </w:rPr>
              <m:t>dz</m:t>
            </m:r>
          </m:num>
          <m:den>
            <m:r>
              <w:rPr>
                <w:rFonts w:ascii="Cambria Math" w:hAnsi="Cambria Math"/>
                <w:sz w:val="44"/>
                <w:szCs w:val="44"/>
              </w:rPr>
              <m:t>dt</m:t>
            </m:r>
          </m:den>
        </m:f>
      </m:oMath>
      <w:r w:rsidRPr="00E95DE3">
        <w:rPr>
          <w:bCs/>
          <w:szCs w:val="36"/>
        </w:rPr>
        <w:t xml:space="preserve"> </w:t>
      </w:r>
      <w:r>
        <w:rPr>
          <w:bCs/>
          <w:szCs w:val="36"/>
        </w:rPr>
        <w:t xml:space="preserve">  when </w:t>
      </w:r>
      <w:r w:rsidRPr="00E95DE3">
        <w:rPr>
          <w:bCs/>
          <w:szCs w:val="36"/>
        </w:rPr>
        <w:t xml:space="preserve">t = </w:t>
      </w:r>
      <w:r w:rsidR="002A291A">
        <w:rPr>
          <w:bCs/>
          <w:szCs w:val="36"/>
        </w:rPr>
        <w:t>1</w:t>
      </w:r>
      <w:r>
        <w:rPr>
          <w:bCs/>
          <w:szCs w:val="36"/>
        </w:rPr>
        <w:t xml:space="preserve"> and s = 1 </w:t>
      </w:r>
    </w:p>
    <w:p w14:paraId="60BCF991" w14:textId="77777777" w:rsidR="004E5C27" w:rsidRDefault="004E5C27" w:rsidP="004E5C27">
      <w:pPr>
        <w:spacing w:after="240"/>
        <w:rPr>
          <w:sz w:val="20"/>
          <w:szCs w:val="20"/>
        </w:rPr>
      </w:pPr>
    </w:p>
    <w:p w14:paraId="4CBF1EB8" w14:textId="77777777" w:rsidR="004E5C27" w:rsidRDefault="004E5C27" w:rsidP="004E5C27">
      <w:pPr>
        <w:spacing w:after="240"/>
        <w:rPr>
          <w:sz w:val="20"/>
          <w:szCs w:val="20"/>
        </w:rPr>
      </w:pPr>
    </w:p>
    <w:p w14:paraId="5B0A5A06" w14:textId="77777777" w:rsidR="004E5C27" w:rsidRDefault="004E5C27" w:rsidP="004E5C27">
      <w:pPr>
        <w:spacing w:after="240"/>
        <w:rPr>
          <w:sz w:val="20"/>
          <w:szCs w:val="20"/>
        </w:rPr>
      </w:pPr>
    </w:p>
    <w:p w14:paraId="6C35F993" w14:textId="77777777" w:rsidR="004E5C27" w:rsidRDefault="004E5C27"/>
    <w:p w14:paraId="59D18D9A" w14:textId="77777777" w:rsidR="005A5980" w:rsidRDefault="004C1B97" w:rsidP="007E2147">
      <w:pPr>
        <w:spacing w:after="240"/>
      </w:pPr>
      <w:r>
        <w:br w:type="column"/>
      </w:r>
    </w:p>
    <w:p w14:paraId="0EAEB548" w14:textId="603B30F2" w:rsidR="007E2147" w:rsidRPr="005A5980" w:rsidRDefault="005A5980" w:rsidP="007E2147">
      <w:pPr>
        <w:spacing w:after="240"/>
        <w:rPr>
          <w:szCs w:val="36"/>
        </w:rPr>
      </w:pPr>
      <w:r>
        <w:t xml:space="preserve">Note: </w:t>
      </w:r>
      <w:r w:rsidR="007E2147" w:rsidRPr="005A5980">
        <w:rPr>
          <w:szCs w:val="36"/>
        </w:rPr>
        <w:t>Chain Rule Tree Diagra</w:t>
      </w:r>
      <w:r>
        <w:rPr>
          <w:szCs w:val="36"/>
        </w:rPr>
        <w:t>m</w:t>
      </w:r>
      <w:r w:rsidR="007E2147" w:rsidRPr="005A5980">
        <w:rPr>
          <w:szCs w:val="36"/>
        </w:rPr>
        <w:t xml:space="preserve"> </w:t>
      </w:r>
    </w:p>
    <w:p w14:paraId="5F6D375D" w14:textId="66B1C235" w:rsidR="007E2147" w:rsidRPr="004E5C27" w:rsidRDefault="007E2147" w:rsidP="007E2147">
      <w:pPr>
        <w:spacing w:after="240"/>
        <w:ind w:firstLine="720"/>
        <w:rPr>
          <w:i/>
          <w:iCs/>
          <w:szCs w:val="36"/>
        </w:rPr>
      </w:pPr>
      <w:r w:rsidRPr="007E2147">
        <w:rPr>
          <w:noProof/>
        </w:rPr>
        <w:drawing>
          <wp:anchor distT="0" distB="0" distL="114300" distR="114300" simplePos="0" relativeHeight="251672064" behindDoc="1" locked="0" layoutInCell="1" allowOverlap="1" wp14:anchorId="3AA26BA4" wp14:editId="4D61F607">
            <wp:simplePos x="0" y="0"/>
            <wp:positionH relativeFrom="column">
              <wp:posOffset>967105</wp:posOffset>
            </wp:positionH>
            <wp:positionV relativeFrom="paragraph">
              <wp:posOffset>391160</wp:posOffset>
            </wp:positionV>
            <wp:extent cx="3203934" cy="2105025"/>
            <wp:effectExtent l="0" t="0" r="0" b="0"/>
            <wp:wrapNone/>
            <wp:docPr id="1143957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5749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03934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5C27">
        <w:rPr>
          <w:i/>
          <w:iCs/>
          <w:szCs w:val="36"/>
        </w:rPr>
        <w:t>multiply along branches and add results.</w:t>
      </w:r>
    </w:p>
    <w:p w14:paraId="3B271CC7" w14:textId="2F2983CB" w:rsidR="00FF7537" w:rsidRDefault="00FF7537"/>
    <w:p w14:paraId="368C553A" w14:textId="7E4F2971" w:rsidR="00FF7537" w:rsidRDefault="00FF7537">
      <w:pPr>
        <w:spacing w:after="240"/>
      </w:pPr>
    </w:p>
    <w:p w14:paraId="40AE59DA" w14:textId="59D90E7C" w:rsidR="00FF7537" w:rsidRDefault="00FF7537">
      <w:pPr>
        <w:spacing w:after="240"/>
      </w:pPr>
    </w:p>
    <w:p w14:paraId="7BB9DA7B" w14:textId="1FCBBCFE" w:rsidR="00FF7537" w:rsidRDefault="00FF7537">
      <w:pPr>
        <w:spacing w:after="240"/>
      </w:pPr>
    </w:p>
    <w:p w14:paraId="23FF9C2B" w14:textId="3E7AF180" w:rsidR="00FF7537" w:rsidRDefault="00FF7537">
      <w:pPr>
        <w:spacing w:after="240"/>
      </w:pPr>
    </w:p>
    <w:p w14:paraId="2016DE49" w14:textId="6EAE6F8A" w:rsidR="00FF7537" w:rsidRDefault="00FF7537">
      <w:pPr>
        <w:spacing w:after="240"/>
      </w:pPr>
    </w:p>
    <w:p w14:paraId="2F2DFB43" w14:textId="77777777" w:rsidR="00FF7537" w:rsidRDefault="004C1B97">
      <w:pPr>
        <w:pageBreakBefore/>
        <w:spacing w:after="180"/>
      </w:pPr>
      <w:r>
        <w:rPr>
          <w:b/>
          <w:sz w:val="40"/>
        </w:rPr>
        <w:lastRenderedPageBreak/>
        <w:t>Chain Rule with Given Rates</w:t>
      </w:r>
      <w:r>
        <w:rPr>
          <w:sz w:val="20"/>
        </w:rPr>
        <w:t xml:space="preserve">    HW Q3–4</w:t>
      </w:r>
    </w:p>
    <w:p w14:paraId="120CFCC7" w14:textId="77777777" w:rsidR="00FF7537" w:rsidRDefault="004C1B97">
      <m:oMathPara>
        <m:oMathParaPr>
          <m:jc m:val="center"/>
        </m:oMathParaPr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h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</m:e>
          </m:d>
        </m:oMath>
      </m:oMathPara>
    </w:p>
    <w:p w14:paraId="174A240E" w14:textId="77777777" w:rsidR="00FF7537" w:rsidRDefault="004C1B97">
      <w:r>
        <w:t>Sometimes we know the derivatives of f at a point, but not a formula for f.</w:t>
      </w:r>
    </w:p>
    <w:p w14:paraId="3B36E4F1" w14:textId="77777777" w:rsidR="004D4D88" w:rsidRPr="004D4D88" w:rsidRDefault="004C1B97">
      <m:oMathPara>
        <m:oMathParaPr>
          <m:jc m:val="center"/>
        </m:oMathParaPr>
        <m:oMath>
          <m: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5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8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 h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5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 </m:t>
          </m:r>
        </m:oMath>
      </m:oMathPara>
    </w:p>
    <w:p w14:paraId="0432DEE0" w14:textId="44D85B64" w:rsidR="00FF7537" w:rsidRDefault="004C1B97">
      <m:oMathPara>
        <m:oMathParaPr>
          <m:jc m:val="center"/>
        </m:oMathParaPr>
        <m:oMath>
          <m:r>
            <w:rPr>
              <w:rFonts w:ascii="Cambria Math" w:hAnsi="Cambria Math"/>
            </w:rPr>
            <m:t>g</m:t>
          </m:r>
          <m:r>
            <m:rPr>
              <m:sty m:val="p"/>
            </m:rPr>
            <w:rPr>
              <w:rFonts w:ascii="Cambria Math" w:hAnsi="Cambria Math"/>
            </w:rPr>
            <m:t>'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5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=-</m:t>
          </m:r>
          <m:r>
            <w:rPr>
              <w:rFonts w:ascii="Cambria Math" w:hAnsi="Cambria Math"/>
            </w:rPr>
            <m:t>5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 h</m:t>
          </m:r>
          <m:r>
            <m:rPr>
              <m:sty m:val="p"/>
            </m:rPr>
            <w:rPr>
              <w:rFonts w:ascii="Cambria Math" w:hAnsi="Cambria Math"/>
            </w:rPr>
            <m:t>'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5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4</m:t>
          </m:r>
        </m:oMath>
      </m:oMathPara>
    </w:p>
    <w:p w14:paraId="2E9CEDED" w14:textId="77777777" w:rsidR="00FF7537" w:rsidRDefault="004C1B97"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3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5</m:t>
          </m:r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 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3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3</m:t>
          </m:r>
        </m:oMath>
      </m:oMathPara>
    </w:p>
    <w:p w14:paraId="55605990" w14:textId="6260FCF6" w:rsidR="00FF7537" w:rsidRDefault="004C1B97">
      <w:r>
        <w:t xml:space="preserve">Find </w:t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</w:rPr>
          <m:t>'(5)</m:t>
        </m:r>
      </m:oMath>
      <w:r>
        <w:t>.</w:t>
      </w:r>
    </w:p>
    <w:p w14:paraId="6C58D98D" w14:textId="77777777" w:rsidR="00FF7537" w:rsidRDefault="00FF7537">
      <w:pPr>
        <w:spacing w:after="240"/>
      </w:pPr>
    </w:p>
    <w:p w14:paraId="279EFA2C" w14:textId="77777777" w:rsidR="00FF7537" w:rsidRDefault="00FF7537">
      <w:pPr>
        <w:spacing w:after="240"/>
      </w:pPr>
    </w:p>
    <w:p w14:paraId="18F03EE1" w14:textId="77777777" w:rsidR="00FF7537" w:rsidRDefault="00FF7537">
      <w:pPr>
        <w:spacing w:after="240"/>
      </w:pPr>
    </w:p>
    <w:p w14:paraId="53A90FDC" w14:textId="77777777" w:rsidR="00FF7537" w:rsidRDefault="004C1B97">
      <w:r>
        <w:br w:type="column"/>
      </w:r>
    </w:p>
    <w:p w14:paraId="3D572DB2" w14:textId="77777777" w:rsidR="004D4D88" w:rsidRDefault="004D4D88"/>
    <w:p w14:paraId="707B18FB" w14:textId="77777777" w:rsidR="004D4D88" w:rsidRDefault="004D4D88"/>
    <w:p w14:paraId="14C97B27" w14:textId="77777777" w:rsidR="004D4D88" w:rsidRDefault="004D4D88"/>
    <w:p w14:paraId="08E37959" w14:textId="77777777" w:rsidR="004D4D88" w:rsidRDefault="004D4D88"/>
    <w:p w14:paraId="05729F85" w14:textId="77777777" w:rsidR="004D4D88" w:rsidRDefault="004D4D88"/>
    <w:p w14:paraId="53060BAC" w14:textId="77777777" w:rsidR="004D4D88" w:rsidRDefault="004D4D88"/>
    <w:p w14:paraId="0D913268" w14:textId="77777777" w:rsidR="004D4D88" w:rsidRDefault="004D4D88"/>
    <w:p w14:paraId="4FA74AEE" w14:textId="77777777" w:rsidR="004D4D88" w:rsidRDefault="004D4D88"/>
    <w:p w14:paraId="72DAF7AA" w14:textId="77777777" w:rsidR="004D4D88" w:rsidRDefault="004D4D88"/>
    <w:p w14:paraId="4DBBEF4A" w14:textId="77777777" w:rsidR="004D4D88" w:rsidRDefault="004D4D88"/>
    <w:p w14:paraId="18C18A4A" w14:textId="77777777" w:rsidR="004D4D88" w:rsidRDefault="004D4D88"/>
    <w:p w14:paraId="43673909" w14:textId="77777777" w:rsidR="004D4D88" w:rsidRDefault="004D4D88"/>
    <w:p w14:paraId="309F065B" w14:textId="77777777" w:rsidR="004D4D88" w:rsidRDefault="004D4D88"/>
    <w:p w14:paraId="708E6A94" w14:textId="77777777" w:rsidR="004D4D88" w:rsidRDefault="004D4D88"/>
    <w:p w14:paraId="4692D342" w14:textId="77777777" w:rsidR="004D4D88" w:rsidRDefault="004D4D88"/>
    <w:p w14:paraId="34F6D448" w14:textId="7606E133" w:rsidR="009D73BD" w:rsidRPr="009D73BD" w:rsidRDefault="009D73BD" w:rsidP="009D73BD">
      <w:pPr>
        <w:rPr>
          <w:b/>
          <w:bCs/>
          <w:sz w:val="40"/>
        </w:rPr>
      </w:pPr>
      <w:r w:rsidRPr="009D73BD">
        <w:rPr>
          <w:b/>
          <w:bCs/>
          <w:sz w:val="40"/>
        </w:rPr>
        <w:lastRenderedPageBreak/>
        <w:t>Implicit Differentiation Revisited</w:t>
      </w:r>
    </w:p>
    <w:p w14:paraId="7C3A8D8B" w14:textId="77777777" w:rsidR="009D73BD" w:rsidRPr="009D73BD" w:rsidRDefault="009D73BD" w:rsidP="009D73BD">
      <w:pPr>
        <w:rPr>
          <w:bCs/>
          <w:sz w:val="40"/>
        </w:rPr>
      </w:pPr>
      <w:r w:rsidRPr="009D73BD">
        <w:rPr>
          <w:bCs/>
          <w:sz w:val="40"/>
        </w:rPr>
        <w:t>Consider the surface</w:t>
      </w:r>
    </w:p>
    <w:p w14:paraId="6D5500F5" w14:textId="51439267" w:rsidR="009D73BD" w:rsidRPr="009D73BD" w:rsidRDefault="004C1B97" w:rsidP="009D73BD">
      <w:pPr>
        <w:rPr>
          <w:bCs/>
          <w:sz w:val="40"/>
        </w:rPr>
      </w:pPr>
      <m:oMathPara>
        <m:oMath>
          <m:sSup>
            <m:sSupPr>
              <m:ctrlPr>
                <w:rPr>
                  <w:rFonts w:ascii="Cambria Math" w:hAnsi="Cambria Math"/>
                  <w:bCs/>
                  <w:i/>
                  <w:sz w:val="40"/>
                </w:rPr>
              </m:ctrlPr>
            </m:sSupPr>
            <m:e>
              <m:r>
                <w:rPr>
                  <w:rFonts w:ascii="Cambria Math" w:hAnsi="Cambria Math"/>
                  <w:sz w:val="40"/>
                </w:rPr>
                <m:t>x</m:t>
              </m:r>
            </m:e>
            <m:sup>
              <m:r>
                <w:rPr>
                  <w:rFonts w:ascii="Cambria Math" w:hAnsi="Cambria Math"/>
                  <w:sz w:val="40"/>
                </w:rPr>
                <m:t>2</m:t>
              </m:r>
            </m:sup>
          </m:sSup>
          <m:r>
            <w:rPr>
              <w:rFonts w:ascii="Cambria Math" w:hAnsi="Cambria Math"/>
              <w:sz w:val="40"/>
            </w:rPr>
            <m:t>+2</m:t>
          </m:r>
          <m:sSup>
            <m:sSupPr>
              <m:ctrlPr>
                <w:rPr>
                  <w:rFonts w:ascii="Cambria Math" w:hAnsi="Cambria Math"/>
                  <w:bCs/>
                  <w:i/>
                  <w:sz w:val="40"/>
                </w:rPr>
              </m:ctrlPr>
            </m:sSupPr>
            <m:e>
              <m:r>
                <w:rPr>
                  <w:rFonts w:ascii="Cambria Math" w:hAnsi="Cambria Math"/>
                  <w:sz w:val="40"/>
                </w:rPr>
                <m:t>y</m:t>
              </m:r>
            </m:e>
            <m:sup>
              <m:r>
                <w:rPr>
                  <w:rFonts w:ascii="Cambria Math" w:hAnsi="Cambria Math"/>
                  <w:sz w:val="40"/>
                </w:rPr>
                <m:t>2</m:t>
              </m:r>
            </m:sup>
          </m:sSup>
          <m:r>
            <w:rPr>
              <w:rFonts w:ascii="Cambria Math" w:hAnsi="Cambria Math"/>
              <w:sz w:val="40"/>
            </w:rPr>
            <m:t>+9</m:t>
          </m:r>
          <m:sSup>
            <m:sSupPr>
              <m:ctrlPr>
                <w:rPr>
                  <w:rFonts w:ascii="Cambria Math" w:hAnsi="Cambria Math"/>
                  <w:bCs/>
                  <w:i/>
                  <w:sz w:val="40"/>
                </w:rPr>
              </m:ctrlPr>
            </m:sSupPr>
            <m:e>
              <m:r>
                <w:rPr>
                  <w:rFonts w:ascii="Cambria Math" w:hAnsi="Cambria Math"/>
                  <w:sz w:val="40"/>
                </w:rPr>
                <m:t>z</m:t>
              </m:r>
            </m:e>
            <m:sup>
              <m:r>
                <w:rPr>
                  <w:rFonts w:ascii="Cambria Math" w:hAnsi="Cambria Math"/>
                  <w:sz w:val="40"/>
                </w:rPr>
                <m:t>2</m:t>
              </m:r>
            </m:sup>
          </m:sSup>
          <m:r>
            <w:rPr>
              <w:rFonts w:ascii="Cambria Math" w:hAnsi="Cambria Math"/>
              <w:sz w:val="40"/>
            </w:rPr>
            <m:t>=1</m:t>
          </m:r>
        </m:oMath>
      </m:oMathPara>
    </w:p>
    <w:p w14:paraId="01089FCF" w14:textId="77777777" w:rsidR="009D73BD" w:rsidRDefault="009D73BD" w:rsidP="009D73BD">
      <w:pPr>
        <w:rPr>
          <w:bCs/>
          <w:sz w:val="40"/>
        </w:rPr>
      </w:pPr>
    </w:p>
    <w:p w14:paraId="4743B937" w14:textId="522792E2" w:rsidR="009D73BD" w:rsidRDefault="009D73BD" w:rsidP="009D73BD">
      <w:pPr>
        <w:pStyle w:val="ListParagraph"/>
        <w:numPr>
          <w:ilvl w:val="0"/>
          <w:numId w:val="10"/>
        </w:numPr>
        <w:ind w:left="630" w:hanging="630"/>
        <w:rPr>
          <w:bCs/>
          <w:sz w:val="40"/>
        </w:rPr>
      </w:pPr>
      <w:r w:rsidRPr="009D73BD">
        <w:rPr>
          <w:bCs/>
          <w:sz w:val="40"/>
        </w:rPr>
        <w:t xml:space="preserve">Find </w:t>
      </w:r>
      <m:oMath>
        <m:f>
          <m:fPr>
            <m:ctrlPr>
              <w:rPr>
                <w:rFonts w:ascii="Cambria Math" w:hAnsi="Cambria Math"/>
                <w:bCs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/>
                <w:sz w:val="44"/>
                <w:szCs w:val="44"/>
              </w:rPr>
              <m:t>∂z</m:t>
            </m:r>
          </m:num>
          <m:den>
            <m:r>
              <w:rPr>
                <w:rFonts w:ascii="Cambria Math" w:hAnsi="Cambria Math"/>
                <w:sz w:val="44"/>
                <w:szCs w:val="44"/>
              </w:rPr>
              <m:t>∂x</m:t>
            </m:r>
          </m:den>
        </m:f>
      </m:oMath>
      <w:r w:rsidRPr="009D73BD">
        <w:rPr>
          <w:bCs/>
          <w:sz w:val="40"/>
        </w:rPr>
        <w:t xml:space="preserve"> using implicit differentiation.</w:t>
      </w:r>
    </w:p>
    <w:p w14:paraId="1C024543" w14:textId="77777777" w:rsidR="005A5980" w:rsidRDefault="005A5980" w:rsidP="005A5980">
      <w:pPr>
        <w:pStyle w:val="ListParagraph"/>
        <w:ind w:left="630"/>
        <w:rPr>
          <w:bCs/>
          <w:sz w:val="40"/>
        </w:rPr>
      </w:pPr>
    </w:p>
    <w:p w14:paraId="793E6DB2" w14:textId="77777777" w:rsidR="005A5980" w:rsidRDefault="005A5980" w:rsidP="005A5980">
      <w:pPr>
        <w:pStyle w:val="ListParagraph"/>
        <w:ind w:left="630"/>
        <w:rPr>
          <w:bCs/>
          <w:sz w:val="40"/>
        </w:rPr>
      </w:pPr>
    </w:p>
    <w:p w14:paraId="78376069" w14:textId="77777777" w:rsidR="005A5980" w:rsidRPr="009D73BD" w:rsidRDefault="005A5980" w:rsidP="005A5980">
      <w:pPr>
        <w:pStyle w:val="ListParagraph"/>
        <w:ind w:left="630"/>
        <w:rPr>
          <w:bCs/>
          <w:sz w:val="40"/>
        </w:rPr>
      </w:pPr>
    </w:p>
    <w:p w14:paraId="7CCC40E9" w14:textId="5732370B" w:rsidR="009D73BD" w:rsidRDefault="009D73BD" w:rsidP="009D73BD">
      <w:pPr>
        <w:rPr>
          <w:bCs/>
          <w:sz w:val="40"/>
        </w:rPr>
      </w:pPr>
      <w:r>
        <w:rPr>
          <w:bCs/>
          <w:sz w:val="40"/>
        </w:rPr>
        <w:t>(b</w:t>
      </w:r>
      <w:proofErr w:type="gramStart"/>
      <w:r>
        <w:rPr>
          <w:bCs/>
          <w:sz w:val="40"/>
        </w:rPr>
        <w:t xml:space="preserve">) </w:t>
      </w:r>
      <w:r w:rsidR="005A5980">
        <w:rPr>
          <w:bCs/>
          <w:sz w:val="40"/>
        </w:rPr>
        <w:t xml:space="preserve"> </w:t>
      </w:r>
      <w:r>
        <w:rPr>
          <w:bCs/>
          <w:sz w:val="40"/>
        </w:rPr>
        <w:t>Now</w:t>
      </w:r>
      <w:proofErr w:type="gramEnd"/>
      <w:r>
        <w:rPr>
          <w:bCs/>
          <w:sz w:val="40"/>
        </w:rPr>
        <w:t xml:space="preserve"> consider</w:t>
      </w:r>
    </w:p>
    <w:p w14:paraId="42E32201" w14:textId="7AB92DC4" w:rsidR="009D73BD" w:rsidRPr="009D73BD" w:rsidRDefault="00442E67" w:rsidP="009D73BD">
      <w:pPr>
        <w:rPr>
          <w:bCs/>
          <w:sz w:val="40"/>
        </w:rPr>
      </w:pPr>
      <m:oMathPara>
        <m:oMath>
          <m:r>
            <w:rPr>
              <w:rFonts w:ascii="Cambria Math" w:hAnsi="Cambria Math"/>
              <w:sz w:val="40"/>
            </w:rPr>
            <m:t>w=</m:t>
          </m:r>
          <m:sSup>
            <m:sSupPr>
              <m:ctrlPr>
                <w:rPr>
                  <w:rFonts w:ascii="Cambria Math" w:hAnsi="Cambria Math"/>
                  <w:bCs/>
                  <w:i/>
                  <w:sz w:val="40"/>
                </w:rPr>
              </m:ctrlPr>
            </m:sSupPr>
            <m:e>
              <m:r>
                <w:rPr>
                  <w:rFonts w:ascii="Cambria Math" w:hAnsi="Cambria Math"/>
                  <w:sz w:val="40"/>
                </w:rPr>
                <m:t>x</m:t>
              </m:r>
            </m:e>
            <m:sup>
              <m:r>
                <w:rPr>
                  <w:rFonts w:ascii="Cambria Math" w:hAnsi="Cambria Math"/>
                  <w:sz w:val="40"/>
                </w:rPr>
                <m:t>2</m:t>
              </m:r>
            </m:sup>
          </m:sSup>
          <m:r>
            <w:rPr>
              <w:rFonts w:ascii="Cambria Math" w:hAnsi="Cambria Math"/>
              <w:sz w:val="40"/>
            </w:rPr>
            <m:t>+2</m:t>
          </m:r>
          <m:sSup>
            <m:sSupPr>
              <m:ctrlPr>
                <w:rPr>
                  <w:rFonts w:ascii="Cambria Math" w:hAnsi="Cambria Math"/>
                  <w:bCs/>
                  <w:i/>
                  <w:sz w:val="40"/>
                </w:rPr>
              </m:ctrlPr>
            </m:sSupPr>
            <m:e>
              <m:r>
                <w:rPr>
                  <w:rFonts w:ascii="Cambria Math" w:hAnsi="Cambria Math"/>
                  <w:sz w:val="40"/>
                </w:rPr>
                <m:t>y</m:t>
              </m:r>
            </m:e>
            <m:sup>
              <m:r>
                <w:rPr>
                  <w:rFonts w:ascii="Cambria Math" w:hAnsi="Cambria Math"/>
                  <w:sz w:val="40"/>
                </w:rPr>
                <m:t>2</m:t>
              </m:r>
            </m:sup>
          </m:sSup>
          <m:r>
            <w:rPr>
              <w:rFonts w:ascii="Cambria Math" w:hAnsi="Cambria Math"/>
              <w:sz w:val="40"/>
            </w:rPr>
            <m:t>+9</m:t>
          </m:r>
          <m:sSup>
            <m:sSupPr>
              <m:ctrlPr>
                <w:rPr>
                  <w:rFonts w:ascii="Cambria Math" w:hAnsi="Cambria Math"/>
                  <w:bCs/>
                  <w:i/>
                  <w:sz w:val="40"/>
                </w:rPr>
              </m:ctrlPr>
            </m:sSupPr>
            <m:e>
              <m:r>
                <w:rPr>
                  <w:rFonts w:ascii="Cambria Math" w:hAnsi="Cambria Math"/>
                  <w:sz w:val="40"/>
                </w:rPr>
                <m:t>z</m:t>
              </m:r>
            </m:e>
            <m:sup>
              <m:r>
                <w:rPr>
                  <w:rFonts w:ascii="Cambria Math" w:hAnsi="Cambria Math"/>
                  <w:sz w:val="40"/>
                </w:rPr>
                <m:t>2</m:t>
              </m:r>
            </m:sup>
          </m:sSup>
          <m:r>
            <w:rPr>
              <w:rFonts w:ascii="Cambria Math" w:hAnsi="Cambria Math"/>
              <w:sz w:val="40"/>
            </w:rPr>
            <m:t>-1</m:t>
          </m:r>
        </m:oMath>
      </m:oMathPara>
    </w:p>
    <w:p w14:paraId="4991740A" w14:textId="31D766DE" w:rsidR="009D73BD" w:rsidRPr="009D73BD" w:rsidRDefault="009D73BD" w:rsidP="009D73BD">
      <w:pPr>
        <w:rPr>
          <w:bCs/>
          <w:sz w:val="40"/>
        </w:rPr>
      </w:pPr>
      <w:r>
        <w:rPr>
          <w:bCs/>
          <w:sz w:val="40"/>
        </w:rPr>
        <w:t xml:space="preserve">   </w:t>
      </w:r>
      <w:r w:rsidR="005A5980">
        <w:rPr>
          <w:bCs/>
          <w:sz w:val="40"/>
        </w:rPr>
        <w:t xml:space="preserve">  </w:t>
      </w:r>
      <w:r>
        <w:rPr>
          <w:bCs/>
          <w:sz w:val="40"/>
        </w:rPr>
        <w:t xml:space="preserve">Find </w:t>
      </w:r>
      <m:oMath>
        <m:f>
          <m:fPr>
            <m:ctrlPr>
              <w:rPr>
                <w:rFonts w:ascii="Cambria Math" w:hAnsi="Cambria Math"/>
                <w:bCs/>
                <w:i/>
                <w:sz w:val="40"/>
              </w:rPr>
            </m:ctrlPr>
          </m:fPr>
          <m:num>
            <m:r>
              <w:rPr>
                <w:rFonts w:ascii="Cambria Math" w:hAnsi="Cambria Math"/>
                <w:sz w:val="44"/>
                <w:szCs w:val="44"/>
              </w:rPr>
              <m:t>∂</m:t>
            </m:r>
            <m:r>
              <w:rPr>
                <w:rFonts w:ascii="Cambria Math" w:hAnsi="Cambria Math"/>
                <w:sz w:val="40"/>
              </w:rPr>
              <m:t>w</m:t>
            </m:r>
          </m:num>
          <m:den>
            <m:r>
              <w:rPr>
                <w:rFonts w:ascii="Cambria Math" w:hAnsi="Cambria Math"/>
                <w:sz w:val="44"/>
                <w:szCs w:val="44"/>
              </w:rPr>
              <m:t>∂</m:t>
            </m:r>
            <m:r>
              <w:rPr>
                <w:rFonts w:ascii="Cambria Math" w:hAnsi="Cambria Math"/>
                <w:sz w:val="40"/>
              </w:rPr>
              <m:t>x</m:t>
            </m:r>
          </m:den>
        </m:f>
      </m:oMath>
      <w:r w:rsidR="00442E67">
        <w:rPr>
          <w:bCs/>
          <w:sz w:val="40"/>
        </w:rPr>
        <w:t xml:space="preserve"> </w:t>
      </w:r>
      <w:r>
        <w:rPr>
          <w:bCs/>
          <w:sz w:val="40"/>
        </w:rPr>
        <w:t>and</w:t>
      </w:r>
      <w:r w:rsidR="00442E67">
        <w:rPr>
          <w:bCs/>
          <w:sz w:val="40"/>
        </w:rPr>
        <w:t xml:space="preserve"> </w:t>
      </w:r>
      <m:oMath>
        <m:r>
          <w:rPr>
            <w:rFonts w:ascii="Cambria Math" w:hAnsi="Cambria Math"/>
            <w:sz w:val="40"/>
          </w:rPr>
          <m:t xml:space="preserve"> </m:t>
        </m:r>
        <m:f>
          <m:fPr>
            <m:ctrlPr>
              <w:rPr>
                <w:rFonts w:ascii="Cambria Math" w:hAnsi="Cambria Math"/>
                <w:bCs/>
                <w:i/>
                <w:sz w:val="40"/>
              </w:rPr>
            </m:ctrlPr>
          </m:fPr>
          <m:num>
            <m:r>
              <w:rPr>
                <w:rFonts w:ascii="Cambria Math" w:hAnsi="Cambria Math"/>
                <w:sz w:val="44"/>
                <w:szCs w:val="44"/>
              </w:rPr>
              <m:t>∂</m:t>
            </m:r>
            <m:r>
              <w:rPr>
                <w:rFonts w:ascii="Cambria Math" w:hAnsi="Cambria Math"/>
                <w:sz w:val="40"/>
              </w:rPr>
              <m:t>w</m:t>
            </m:r>
          </m:num>
          <m:den>
            <m:r>
              <w:rPr>
                <w:rFonts w:ascii="Cambria Math" w:hAnsi="Cambria Math"/>
                <w:sz w:val="44"/>
                <w:szCs w:val="44"/>
              </w:rPr>
              <m:t>∂</m:t>
            </m:r>
            <m:r>
              <w:rPr>
                <w:rFonts w:ascii="Cambria Math" w:hAnsi="Cambria Math"/>
                <w:sz w:val="40"/>
              </w:rPr>
              <m:t>z</m:t>
            </m:r>
          </m:den>
        </m:f>
      </m:oMath>
      <w:r>
        <w:rPr>
          <w:bCs/>
          <w:sz w:val="40"/>
        </w:rPr>
        <w:t>.</w:t>
      </w:r>
    </w:p>
    <w:p w14:paraId="06DFDF05" w14:textId="77777777" w:rsidR="005A5980" w:rsidRDefault="005A5980" w:rsidP="009D73BD">
      <w:pPr>
        <w:rPr>
          <w:b/>
          <w:sz w:val="40"/>
        </w:rPr>
      </w:pPr>
    </w:p>
    <w:p w14:paraId="7F6CCAC6" w14:textId="77777777" w:rsidR="005A5980" w:rsidRDefault="005A5980" w:rsidP="009D73BD">
      <w:pPr>
        <w:rPr>
          <w:b/>
          <w:sz w:val="40"/>
        </w:rPr>
      </w:pPr>
    </w:p>
    <w:p w14:paraId="6084D8AB" w14:textId="77777777" w:rsidR="005A5980" w:rsidRDefault="005A5980" w:rsidP="009D73BD">
      <w:pPr>
        <w:rPr>
          <w:b/>
          <w:sz w:val="40"/>
        </w:rPr>
      </w:pPr>
    </w:p>
    <w:p w14:paraId="3DB8B732" w14:textId="549AE2C7" w:rsidR="00442E67" w:rsidRPr="005A5980" w:rsidRDefault="005A5980" w:rsidP="009D73BD">
      <w:pPr>
        <w:rPr>
          <w:b/>
          <w:sz w:val="40"/>
        </w:rPr>
      </w:pPr>
      <w:r>
        <w:rPr>
          <w:b/>
          <w:sz w:val="40"/>
        </w:rPr>
        <w:t xml:space="preserve">Note: </w:t>
      </w:r>
      <w:r w:rsidR="00442E67" w:rsidRPr="005A5980">
        <w:rPr>
          <w:bCs/>
          <w:i/>
          <w:iCs/>
          <w:sz w:val="40"/>
        </w:rPr>
        <w:t>Implicit Shortcut</w:t>
      </w:r>
      <w:r>
        <w:rPr>
          <w:b/>
          <w:sz w:val="40"/>
        </w:rPr>
        <w:t xml:space="preserve"> - </w:t>
      </w:r>
      <w:r w:rsidR="00442E67" w:rsidRPr="00442E67">
        <w:rPr>
          <w:bCs/>
          <w:sz w:val="40"/>
        </w:rPr>
        <w:t>Given an implicit equation</w:t>
      </w:r>
      <w:r>
        <w:rPr>
          <w:bCs/>
          <w:sz w:val="40"/>
        </w:rPr>
        <w:t xml:space="preserve">, </w:t>
      </w:r>
      <w:r w:rsidRPr="005A5980">
        <w:rPr>
          <w:bCs/>
          <w:sz w:val="40"/>
        </w:rPr>
        <w:t>g</w:t>
      </w:r>
      <w:r w:rsidR="00442E67" w:rsidRPr="00442E67">
        <w:rPr>
          <w:bCs/>
          <w:sz w:val="40"/>
        </w:rPr>
        <w:t>et everything to one side</w:t>
      </w:r>
      <w:r w:rsidR="00442E67">
        <w:rPr>
          <w:bCs/>
          <w:sz w:val="40"/>
        </w:rPr>
        <w:t xml:space="preserve"> and differentiate with respect to each variable separately and use…</w:t>
      </w:r>
    </w:p>
    <w:p w14:paraId="67A67398" w14:textId="0235569D" w:rsidR="00FF7537" w:rsidRPr="005A5980" w:rsidRDefault="004C1B97">
      <m:oMathPara>
        <m:oMathParaPr>
          <m:jc m:val="right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z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0</m:t>
          </m:r>
          <m:r>
            <m:rPr>
              <m:sty m:val="p"/>
            </m:rPr>
            <w:rPr>
              <w:rFonts w:ascii="Cambria Math" w:hAnsi="Cambria Math"/>
            </w:rPr>
            <m:t>⇒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z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 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z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den>
          </m:f>
        </m:oMath>
      </m:oMathPara>
    </w:p>
    <w:p w14:paraId="4CA4E9EE" w14:textId="57978CF9" w:rsidR="00FF7537" w:rsidRDefault="007E2147">
      <w:pPr>
        <w:pageBreakBefore/>
        <w:spacing w:after="180"/>
      </w:pPr>
      <w:r w:rsidRPr="007E2147">
        <w:rPr>
          <w:noProof/>
        </w:rPr>
        <w:lastRenderedPageBreak/>
        <w:drawing>
          <wp:anchor distT="0" distB="0" distL="114300" distR="114300" simplePos="0" relativeHeight="251674112" behindDoc="1" locked="0" layoutInCell="1" allowOverlap="1" wp14:anchorId="70A8F292" wp14:editId="3980AE98">
            <wp:simplePos x="0" y="0"/>
            <wp:positionH relativeFrom="column">
              <wp:posOffset>4824095</wp:posOffset>
            </wp:positionH>
            <wp:positionV relativeFrom="paragraph">
              <wp:posOffset>6985</wp:posOffset>
            </wp:positionV>
            <wp:extent cx="4319270" cy="2372360"/>
            <wp:effectExtent l="0" t="0" r="5080" b="8890"/>
            <wp:wrapNone/>
            <wp:docPr id="15868985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8985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1927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4D88">
        <w:rPr>
          <w:b/>
          <w:sz w:val="40"/>
        </w:rPr>
        <w:t>O</w:t>
      </w:r>
      <w:r>
        <w:rPr>
          <w:b/>
          <w:sz w:val="40"/>
        </w:rPr>
        <w:t>ptional: Walking Across a Landscape</w:t>
      </w:r>
    </w:p>
    <w:p w14:paraId="41012FCA" w14:textId="77777777" w:rsidR="0049181E" w:rsidRPr="0049181E" w:rsidRDefault="004C1B97">
      <w:r>
        <w:t xml:space="preserve">A walker follows a path across the surface </w:t>
      </w:r>
    </w:p>
    <w:p w14:paraId="6DAF2540" w14:textId="2428819D" w:rsidR="00FF7537" w:rsidRDefault="0049181E">
      <m:oMathPara>
        <m:oMath>
          <m:r>
            <w:rPr>
              <w:rFonts w:ascii="Cambria Math" w:hAnsi="Cambria Math"/>
            </w:rPr>
            <m:t>z=f(x,y).</m:t>
          </m:r>
        </m:oMath>
      </m:oMathPara>
    </w:p>
    <w:p w14:paraId="54727D3C" w14:textId="77777777" w:rsidR="00FF7537" w:rsidRDefault="004C1B97">
      <m:oMathPara>
        <m:oMathParaPr>
          <m:jc m:val="center"/>
        </m:oMathParaPr>
        <m:oMath>
          <m:r>
            <m:rPr>
              <m:sty m:val="b"/>
            </m:rPr>
            <w:rPr>
              <w:rFonts w:ascii="Cambria Math" w:hAnsi="Cambria Math"/>
            </w:rPr>
            <m:t>r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>⟨</m:t>
          </m:r>
          <m:r>
            <w:rPr>
              <w:rFonts w:ascii="Cambria Math" w:hAnsi="Cambria Math"/>
            </w:rPr>
            <m:t>x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y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</w:rPr>
            <m:t>⟩</m:t>
          </m:r>
        </m:oMath>
      </m:oMathPara>
    </w:p>
    <w:p w14:paraId="473B473B" w14:textId="77777777" w:rsidR="00FF7537" w:rsidRDefault="004C1B97">
      <w:r>
        <w:t>How quickly is the walker gaining or losing elevation?</w:t>
      </w:r>
    </w:p>
    <w:p w14:paraId="13DFB13F" w14:textId="77777777" w:rsidR="00FF7537" w:rsidRDefault="00FF7537">
      <w:pPr>
        <w:spacing w:after="240"/>
      </w:pPr>
    </w:p>
    <w:p w14:paraId="079F7FAD" w14:textId="77777777" w:rsidR="00FF7537" w:rsidRDefault="00FF7537">
      <w:pPr>
        <w:spacing w:after="240"/>
      </w:pPr>
    </w:p>
    <w:p w14:paraId="0CF1D5C2" w14:textId="77777777" w:rsidR="00FF7537" w:rsidRDefault="004C1B97">
      <w:r>
        <w:br w:type="column"/>
      </w:r>
    </w:p>
    <w:p w14:paraId="5255AB65" w14:textId="59FAADBA" w:rsidR="00FF7537" w:rsidRDefault="007E2147">
      <w:pPr>
        <w:pageBreakBefore/>
        <w:spacing w:after="180"/>
      </w:pPr>
      <w:r w:rsidRPr="007E2147">
        <w:rPr>
          <w:noProof/>
        </w:rPr>
        <w:lastRenderedPageBreak/>
        <w:drawing>
          <wp:anchor distT="0" distB="0" distL="114300" distR="114300" simplePos="0" relativeHeight="251678208" behindDoc="1" locked="0" layoutInCell="1" allowOverlap="1" wp14:anchorId="378826F6" wp14:editId="21889136">
            <wp:simplePos x="0" y="0"/>
            <wp:positionH relativeFrom="column">
              <wp:posOffset>4852670</wp:posOffset>
            </wp:positionH>
            <wp:positionV relativeFrom="paragraph">
              <wp:posOffset>168910</wp:posOffset>
            </wp:positionV>
            <wp:extent cx="3734946" cy="2609850"/>
            <wp:effectExtent l="0" t="0" r="0" b="0"/>
            <wp:wrapNone/>
            <wp:docPr id="1808349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34988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34946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</w:rPr>
        <w:t>Optional: A River Thr</w:t>
      </w:r>
      <w:r w:rsidR="004D4D88">
        <w:rPr>
          <w:b/>
          <w:sz w:val="40"/>
        </w:rPr>
        <w:t>u</w:t>
      </w:r>
      <w:r>
        <w:rPr>
          <w:b/>
          <w:sz w:val="40"/>
        </w:rPr>
        <w:t xml:space="preserve"> </w:t>
      </w:r>
      <w:r w:rsidR="004D4D88">
        <w:rPr>
          <w:b/>
          <w:sz w:val="40"/>
        </w:rPr>
        <w:t>a</w:t>
      </w:r>
      <w:r>
        <w:rPr>
          <w:b/>
          <w:sz w:val="40"/>
        </w:rPr>
        <w:t xml:space="preserve"> Mountain</w:t>
      </w:r>
    </w:p>
    <w:p w14:paraId="5D089C2D" w14:textId="6F30B867" w:rsidR="004D4D88" w:rsidRDefault="007E2147">
      <w:r>
        <w:t xml:space="preserve">A river is traveling down a mountain range defined by </w:t>
      </w:r>
      <m:oMath>
        <m:r>
          <w:rPr>
            <w:rFonts w:ascii="Cambria Math" w:hAnsi="Cambria Math"/>
          </w:rPr>
          <m:t xml:space="preserve"> z = f(x,y)</m:t>
        </m:r>
      </m:oMath>
      <w:r w:rsidR="0049181E">
        <w:t>.</w:t>
      </w:r>
    </w:p>
    <w:p w14:paraId="6EB12091" w14:textId="77777777" w:rsidR="0049181E" w:rsidRDefault="0049181E">
      <w:r>
        <w:t>No matter how it meanders down, what must be true about the change in height with respect to the river’s length?</w:t>
      </w:r>
    </w:p>
    <w:p w14:paraId="6E8BA7D3" w14:textId="58E6BE4E" w:rsidR="0049181E" w:rsidRDefault="0049181E">
      <w:r>
        <w:t>Meaning what can you say about</w:t>
      </w:r>
      <w:r>
        <w:br/>
      </w: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dz</m:t>
              </m:r>
            </m:num>
            <m:den>
              <m:r>
                <w:rPr>
                  <w:rFonts w:ascii="Cambria Math" w:hAnsi="Cambria Math"/>
                </w:rPr>
                <m:t>ds</m:t>
              </m:r>
            </m:den>
          </m:f>
          <m:r>
            <m:rPr>
              <m:sty m:val="p"/>
            </m:rPr>
            <w:br/>
          </m:r>
        </m:oMath>
      </m:oMathPara>
      <w:r>
        <w:t xml:space="preserve"> </w:t>
      </w:r>
    </w:p>
    <w:p w14:paraId="3EFBAC27" w14:textId="77777777" w:rsidR="00FF7537" w:rsidRDefault="00FF7537">
      <w:pPr>
        <w:spacing w:after="240"/>
      </w:pPr>
    </w:p>
    <w:p w14:paraId="58081B6C" w14:textId="77777777" w:rsidR="00FF7537" w:rsidRDefault="00FF7537">
      <w:pPr>
        <w:spacing w:after="240"/>
      </w:pPr>
    </w:p>
    <w:p w14:paraId="4A10F479" w14:textId="77777777" w:rsidR="00FF7537" w:rsidRDefault="00FF7537">
      <w:pPr>
        <w:spacing w:after="240"/>
      </w:pPr>
    </w:p>
    <w:p w14:paraId="39885E0C" w14:textId="2E5C4589" w:rsidR="00FF7537" w:rsidRDefault="004C1B97" w:rsidP="004D4D88">
      <w:r>
        <w:br w:type="column"/>
      </w:r>
    </w:p>
    <w:p w14:paraId="3F8CD291" w14:textId="6F06265D" w:rsidR="00FF7537" w:rsidRDefault="00FF7537">
      <w:pPr>
        <w:spacing w:after="240"/>
      </w:pPr>
    </w:p>
    <w:p w14:paraId="1876E736" w14:textId="77777777" w:rsidR="00FF7537" w:rsidRDefault="00FF7537">
      <w:pPr>
        <w:spacing w:after="240"/>
      </w:pPr>
    </w:p>
    <w:p w14:paraId="2490B0A0" w14:textId="77777777" w:rsidR="00FF7537" w:rsidRDefault="00FF7537">
      <w:pPr>
        <w:spacing w:after="240"/>
      </w:pPr>
    </w:p>
    <w:sectPr w:rsidR="00FF7537" w:rsidSect="00034616">
      <w:headerReference w:type="default" r:id="rId14"/>
      <w:footerReference w:type="default" r:id="rId15"/>
      <w:pgSz w:w="15840" w:h="12240"/>
      <w:pgMar w:top="979" w:right="893" w:bottom="893" w:left="893" w:header="360" w:footer="403" w:gutter="0"/>
      <w:cols w:num="2" w:space="45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D622A" w14:textId="77777777" w:rsidR="004C1B97" w:rsidRDefault="004C1B97">
      <w:pPr>
        <w:spacing w:after="0" w:line="240" w:lineRule="auto"/>
      </w:pPr>
      <w:r>
        <w:separator/>
      </w:r>
    </w:p>
  </w:endnote>
  <w:endnote w:type="continuationSeparator" w:id="0">
    <w:p w14:paraId="3B03171A" w14:textId="77777777" w:rsidR="004C1B97" w:rsidRDefault="004C1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49395" w14:textId="77777777" w:rsidR="00FF7537" w:rsidRDefault="004C1B97">
    <w:pPr>
      <w:pStyle w:val="Footer"/>
      <w:pBdr>
        <w:top w:val="single" w:sz="5" w:space="0" w:color="888888"/>
      </w:pBdr>
      <w:jc w:val="center"/>
    </w:pPr>
    <w:r>
      <w:rPr>
        <w:sz w:val="16"/>
      </w:rPr>
      <w:t>14.5 The Chain Rule   |   Dependencies · Chain Rule · Related Rates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59D7D" w14:textId="77777777" w:rsidR="004C1B97" w:rsidRDefault="004C1B97">
      <w:pPr>
        <w:spacing w:after="0" w:line="240" w:lineRule="auto"/>
      </w:pPr>
      <w:r>
        <w:separator/>
      </w:r>
    </w:p>
  </w:footnote>
  <w:footnote w:type="continuationSeparator" w:id="0">
    <w:p w14:paraId="6109D82D" w14:textId="77777777" w:rsidR="004C1B97" w:rsidRDefault="004C1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BAAFE" w14:textId="77777777" w:rsidR="00FF7537" w:rsidRDefault="004C1B97">
    <w:pPr>
      <w:pStyle w:val="Header"/>
      <w:pBdr>
        <w:bottom w:val="single" w:sz="5" w:space="0" w:color="888888"/>
      </w:pBdr>
      <w:jc w:val="center"/>
    </w:pPr>
    <w:r>
      <w:rPr>
        <w:sz w:val="18"/>
      </w:rPr>
      <w:t xml:space="preserve">14.5 The Chain Rule   |   Page </w:t>
    </w:r>
    <w:r>
      <w:fldChar w:fldCharType="begin"/>
    </w:r>
    <w:r>
      <w:instrText>PAGE</w:instrText>
    </w:r>
    <w:r>
      <w:fldChar w:fldCharType="separate"/>
    </w:r>
    <w:r w:rsidR="000839C6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075673"/>
    <w:multiLevelType w:val="hybridMultilevel"/>
    <w:tmpl w:val="EC260554"/>
    <w:lvl w:ilvl="0" w:tplc="1C345EEC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888147">
    <w:abstractNumId w:val="8"/>
  </w:num>
  <w:num w:numId="2" w16cid:durableId="2099935416">
    <w:abstractNumId w:val="6"/>
  </w:num>
  <w:num w:numId="3" w16cid:durableId="852650026">
    <w:abstractNumId w:val="5"/>
  </w:num>
  <w:num w:numId="4" w16cid:durableId="113797537">
    <w:abstractNumId w:val="4"/>
  </w:num>
  <w:num w:numId="5" w16cid:durableId="1084643142">
    <w:abstractNumId w:val="7"/>
  </w:num>
  <w:num w:numId="6" w16cid:durableId="1278879018">
    <w:abstractNumId w:val="3"/>
  </w:num>
  <w:num w:numId="7" w16cid:durableId="1136220964">
    <w:abstractNumId w:val="2"/>
  </w:num>
  <w:num w:numId="8" w16cid:durableId="508254959">
    <w:abstractNumId w:val="1"/>
  </w:num>
  <w:num w:numId="9" w16cid:durableId="848759045">
    <w:abstractNumId w:val="0"/>
  </w:num>
  <w:num w:numId="10" w16cid:durableId="6906441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9C6"/>
    <w:rsid w:val="0015074B"/>
    <w:rsid w:val="002678BF"/>
    <w:rsid w:val="0029639D"/>
    <w:rsid w:val="002A291A"/>
    <w:rsid w:val="00323B1E"/>
    <w:rsid w:val="00326F90"/>
    <w:rsid w:val="00442E67"/>
    <w:rsid w:val="0049181E"/>
    <w:rsid w:val="004C1B97"/>
    <w:rsid w:val="004D4D88"/>
    <w:rsid w:val="004E5C27"/>
    <w:rsid w:val="005163CD"/>
    <w:rsid w:val="005A5980"/>
    <w:rsid w:val="007E2147"/>
    <w:rsid w:val="009D73BD"/>
    <w:rsid w:val="009E54BA"/>
    <w:rsid w:val="00AA1D8D"/>
    <w:rsid w:val="00B47730"/>
    <w:rsid w:val="00C17A7D"/>
    <w:rsid w:val="00CB0664"/>
    <w:rsid w:val="00E95DE3"/>
    <w:rsid w:val="00FC693F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C73AF4"/>
  <w14:defaultImageDpi w14:val="300"/>
  <w15:docId w15:val="{716C4FFD-F8E4-452B-A9B6-521CD6D8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3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163C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63C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95DE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desmos.com/calculator/omcdt4vltj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Andrew Loveless</cp:lastModifiedBy>
  <cp:revision>2</cp:revision>
  <dcterms:created xsi:type="dcterms:W3CDTF">2026-11-02T03:19:00Z</dcterms:created>
  <dcterms:modified xsi:type="dcterms:W3CDTF">2026-11-02T03:19:00Z</dcterms:modified>
  <cp:category/>
</cp:coreProperties>
</file>